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DEEB6" w14:textId="77777777" w:rsidR="00BF4A90" w:rsidRDefault="00000000" w:rsidP="00791E12">
      <w:pPr>
        <w:pStyle w:val="Nagwek1"/>
        <w:jc w:val="center"/>
      </w:pPr>
      <w:r>
        <w:t>WNIOSEK O ORGANIZACJĘ INICJATYWY / PROJEKTU KULTURALNEGO</w:t>
      </w:r>
    </w:p>
    <w:p w14:paraId="4BDF4635" w14:textId="77777777" w:rsidR="00791E12" w:rsidRPr="00791E12" w:rsidRDefault="00791E12" w:rsidP="00791E12"/>
    <w:p w14:paraId="71FB92CE" w14:textId="77777777" w:rsidR="00BF4A90" w:rsidRDefault="00000000">
      <w:pPr>
        <w:rPr>
          <w:sz w:val="28"/>
          <w:szCs w:val="28"/>
        </w:rPr>
      </w:pPr>
      <w:r w:rsidRPr="004962C4">
        <w:rPr>
          <w:b/>
          <w:bCs/>
          <w:sz w:val="28"/>
          <w:szCs w:val="28"/>
        </w:rPr>
        <w:t>Organizator: Gminny Ośrodek Kultury w Bliżynie</w:t>
      </w:r>
      <w:r>
        <w:br/>
      </w:r>
      <w:r w:rsidRPr="004962C4">
        <w:rPr>
          <w:sz w:val="28"/>
          <w:szCs w:val="28"/>
        </w:rPr>
        <w:t xml:space="preserve">Formularz należy wypełnić czytelnie. Wniosek musi być zgodny z Regulaminem konkursu/inicjatyw obowiązującym w GOK w </w:t>
      </w:r>
      <w:proofErr w:type="spellStart"/>
      <w:r w:rsidRPr="004962C4">
        <w:rPr>
          <w:sz w:val="28"/>
          <w:szCs w:val="28"/>
        </w:rPr>
        <w:t>Bliżynie</w:t>
      </w:r>
      <w:proofErr w:type="spellEnd"/>
      <w:r w:rsidRPr="004962C4">
        <w:rPr>
          <w:sz w:val="28"/>
          <w:szCs w:val="28"/>
        </w:rPr>
        <w:t>.</w:t>
      </w:r>
    </w:p>
    <w:p w14:paraId="1A689A28" w14:textId="77777777" w:rsidR="004962C4" w:rsidRPr="004962C4" w:rsidRDefault="004962C4">
      <w:pPr>
        <w:rPr>
          <w:sz w:val="28"/>
          <w:szCs w:val="28"/>
        </w:rPr>
      </w:pPr>
    </w:p>
    <w:p w14:paraId="5F4DCE49" w14:textId="75C8EDE1" w:rsidR="004962C4" w:rsidRDefault="00000000" w:rsidP="004962C4">
      <w:pPr>
        <w:pStyle w:val="Nagwek2"/>
        <w:numPr>
          <w:ilvl w:val="0"/>
          <w:numId w:val="10"/>
        </w:numPr>
        <w:ind w:left="709" w:hanging="709"/>
        <w:rPr>
          <w:sz w:val="28"/>
          <w:szCs w:val="28"/>
        </w:rPr>
      </w:pPr>
      <w:r w:rsidRPr="004962C4">
        <w:rPr>
          <w:sz w:val="28"/>
          <w:szCs w:val="28"/>
        </w:rPr>
        <w:t>DANE WNIOSKODAWCY</w:t>
      </w:r>
    </w:p>
    <w:p w14:paraId="28C4F9DF" w14:textId="77777777" w:rsidR="004962C4" w:rsidRPr="004962C4" w:rsidRDefault="004962C4" w:rsidP="004962C4"/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BF4A90" w:rsidRPr="004962C4" w14:paraId="02CBF939" w14:textId="77777777">
        <w:tc>
          <w:tcPr>
            <w:tcW w:w="4320" w:type="dxa"/>
          </w:tcPr>
          <w:p w14:paraId="2550CBD5" w14:textId="77777777" w:rsidR="00BF4A90" w:rsidRPr="004962C4" w:rsidRDefault="00000000">
            <w:pPr>
              <w:rPr>
                <w:b/>
                <w:bCs/>
                <w:sz w:val="28"/>
                <w:szCs w:val="28"/>
              </w:rPr>
            </w:pPr>
            <w:r w:rsidRPr="004962C4">
              <w:rPr>
                <w:b/>
                <w:bCs/>
                <w:sz w:val="28"/>
                <w:szCs w:val="28"/>
              </w:rPr>
              <w:t>Imię i nazwisko:</w:t>
            </w:r>
          </w:p>
        </w:tc>
        <w:tc>
          <w:tcPr>
            <w:tcW w:w="4320" w:type="dxa"/>
          </w:tcPr>
          <w:p w14:paraId="27A868DF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............................................................</w:t>
            </w:r>
          </w:p>
        </w:tc>
      </w:tr>
      <w:tr w:rsidR="00BF4A90" w:rsidRPr="004962C4" w14:paraId="3DC7CDBD" w14:textId="77777777">
        <w:tc>
          <w:tcPr>
            <w:tcW w:w="4320" w:type="dxa"/>
          </w:tcPr>
          <w:p w14:paraId="6624BAC0" w14:textId="77777777" w:rsidR="00BF4A90" w:rsidRPr="004962C4" w:rsidRDefault="00000000">
            <w:pPr>
              <w:rPr>
                <w:b/>
                <w:bCs/>
                <w:sz w:val="28"/>
                <w:szCs w:val="28"/>
              </w:rPr>
            </w:pPr>
            <w:r w:rsidRPr="004962C4">
              <w:rPr>
                <w:b/>
                <w:bCs/>
                <w:sz w:val="28"/>
                <w:szCs w:val="28"/>
              </w:rPr>
              <w:t>Telefon kontaktowy:</w:t>
            </w:r>
          </w:p>
        </w:tc>
        <w:tc>
          <w:tcPr>
            <w:tcW w:w="4320" w:type="dxa"/>
          </w:tcPr>
          <w:p w14:paraId="2A1D36B0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............................................................</w:t>
            </w:r>
          </w:p>
        </w:tc>
      </w:tr>
      <w:tr w:rsidR="00BF4A90" w:rsidRPr="004962C4" w14:paraId="1EBAEF52" w14:textId="77777777">
        <w:tc>
          <w:tcPr>
            <w:tcW w:w="4320" w:type="dxa"/>
          </w:tcPr>
          <w:p w14:paraId="352C904C" w14:textId="77777777" w:rsidR="00BF4A90" w:rsidRPr="004962C4" w:rsidRDefault="00000000">
            <w:pPr>
              <w:rPr>
                <w:b/>
                <w:bCs/>
                <w:sz w:val="28"/>
                <w:szCs w:val="28"/>
              </w:rPr>
            </w:pPr>
            <w:r w:rsidRPr="004962C4">
              <w:rPr>
                <w:b/>
                <w:bCs/>
                <w:sz w:val="28"/>
                <w:szCs w:val="28"/>
              </w:rPr>
              <w:t>Adres e-mail:</w:t>
            </w:r>
          </w:p>
        </w:tc>
        <w:tc>
          <w:tcPr>
            <w:tcW w:w="4320" w:type="dxa"/>
          </w:tcPr>
          <w:p w14:paraId="09A875C6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............................................................</w:t>
            </w:r>
          </w:p>
        </w:tc>
      </w:tr>
      <w:tr w:rsidR="00BF4A90" w:rsidRPr="004962C4" w14:paraId="552F35FB" w14:textId="77777777">
        <w:tc>
          <w:tcPr>
            <w:tcW w:w="4320" w:type="dxa"/>
          </w:tcPr>
          <w:p w14:paraId="047BCDB9" w14:textId="77777777" w:rsidR="00BF4A90" w:rsidRPr="004962C4" w:rsidRDefault="00000000">
            <w:pPr>
              <w:rPr>
                <w:b/>
                <w:bCs/>
                <w:sz w:val="28"/>
                <w:szCs w:val="28"/>
              </w:rPr>
            </w:pPr>
            <w:r w:rsidRPr="004962C4">
              <w:rPr>
                <w:b/>
                <w:bCs/>
                <w:sz w:val="28"/>
                <w:szCs w:val="28"/>
              </w:rPr>
              <w:t>Grupa / zespół (jeśli dotyczy):</w:t>
            </w:r>
          </w:p>
        </w:tc>
        <w:tc>
          <w:tcPr>
            <w:tcW w:w="4320" w:type="dxa"/>
          </w:tcPr>
          <w:p w14:paraId="1C8FD6C6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............................................................</w:t>
            </w:r>
          </w:p>
        </w:tc>
      </w:tr>
      <w:tr w:rsidR="00BF4A90" w:rsidRPr="004962C4" w14:paraId="2590D124" w14:textId="77777777">
        <w:tc>
          <w:tcPr>
            <w:tcW w:w="4320" w:type="dxa"/>
          </w:tcPr>
          <w:p w14:paraId="0F36C60A" w14:textId="77777777" w:rsidR="00BF4A90" w:rsidRPr="004962C4" w:rsidRDefault="00000000">
            <w:pPr>
              <w:rPr>
                <w:b/>
                <w:bCs/>
                <w:sz w:val="28"/>
                <w:szCs w:val="28"/>
              </w:rPr>
            </w:pPr>
            <w:r w:rsidRPr="004962C4">
              <w:rPr>
                <w:b/>
                <w:bCs/>
                <w:sz w:val="28"/>
                <w:szCs w:val="28"/>
              </w:rPr>
              <w:t>Adres zamieszkania:</w:t>
            </w:r>
          </w:p>
        </w:tc>
        <w:tc>
          <w:tcPr>
            <w:tcW w:w="4320" w:type="dxa"/>
          </w:tcPr>
          <w:p w14:paraId="435817AB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............................................................</w:t>
            </w:r>
          </w:p>
        </w:tc>
      </w:tr>
      <w:tr w:rsidR="00BF4A90" w:rsidRPr="004962C4" w14:paraId="1EEF9A11" w14:textId="77777777">
        <w:tc>
          <w:tcPr>
            <w:tcW w:w="4320" w:type="dxa"/>
          </w:tcPr>
          <w:p w14:paraId="3FB419A3" w14:textId="4F9545FB" w:rsidR="004962C4" w:rsidRPr="004962C4" w:rsidRDefault="00000000">
            <w:pPr>
              <w:rPr>
                <w:b/>
                <w:bCs/>
                <w:sz w:val="28"/>
                <w:szCs w:val="28"/>
              </w:rPr>
            </w:pPr>
            <w:r w:rsidRPr="004962C4">
              <w:rPr>
                <w:b/>
                <w:bCs/>
                <w:sz w:val="28"/>
                <w:szCs w:val="28"/>
              </w:rPr>
              <w:t xml:space="preserve">Inne </w:t>
            </w:r>
            <w:proofErr w:type="spellStart"/>
            <w:r w:rsidRPr="004962C4">
              <w:rPr>
                <w:b/>
                <w:bCs/>
                <w:sz w:val="28"/>
                <w:szCs w:val="28"/>
              </w:rPr>
              <w:t>dane</w:t>
            </w:r>
            <w:proofErr w:type="spellEnd"/>
            <w:r w:rsidRPr="004962C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962C4">
              <w:rPr>
                <w:b/>
                <w:bCs/>
                <w:sz w:val="28"/>
                <w:szCs w:val="28"/>
              </w:rPr>
              <w:t>kontaktowe</w:t>
            </w:r>
            <w:proofErr w:type="spellEnd"/>
            <w:r w:rsidRPr="004962C4">
              <w:rPr>
                <w:b/>
                <w:bCs/>
                <w:sz w:val="28"/>
                <w:szCs w:val="28"/>
              </w:rPr>
              <w:t xml:space="preserve"> (</w:t>
            </w:r>
            <w:proofErr w:type="spellStart"/>
            <w:r w:rsidRPr="004962C4">
              <w:rPr>
                <w:b/>
                <w:bCs/>
                <w:sz w:val="28"/>
                <w:szCs w:val="28"/>
              </w:rPr>
              <w:t>opcjonalnie</w:t>
            </w:r>
            <w:proofErr w:type="spellEnd"/>
            <w:r w:rsidRPr="004962C4">
              <w:rPr>
                <w:b/>
                <w:bCs/>
                <w:sz w:val="28"/>
                <w:szCs w:val="28"/>
              </w:rPr>
              <w:t>):</w:t>
            </w:r>
          </w:p>
        </w:tc>
        <w:tc>
          <w:tcPr>
            <w:tcW w:w="4320" w:type="dxa"/>
          </w:tcPr>
          <w:p w14:paraId="7B484798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............................................................</w:t>
            </w:r>
          </w:p>
        </w:tc>
      </w:tr>
    </w:tbl>
    <w:p w14:paraId="68F63DCA" w14:textId="6EAAE7A9" w:rsidR="00BF4A90" w:rsidRDefault="00000000" w:rsidP="004962C4">
      <w:pPr>
        <w:pStyle w:val="Nagwek2"/>
        <w:numPr>
          <w:ilvl w:val="0"/>
          <w:numId w:val="10"/>
        </w:numPr>
        <w:rPr>
          <w:sz w:val="28"/>
          <w:szCs w:val="28"/>
        </w:rPr>
      </w:pPr>
      <w:r w:rsidRPr="004962C4">
        <w:rPr>
          <w:sz w:val="28"/>
          <w:szCs w:val="28"/>
        </w:rPr>
        <w:t>INFORMACJE O PROJEKCIE</w:t>
      </w:r>
    </w:p>
    <w:p w14:paraId="095DCDC0" w14:textId="77777777" w:rsidR="004962C4" w:rsidRPr="004962C4" w:rsidRDefault="004962C4" w:rsidP="004962C4">
      <w:pPr>
        <w:pStyle w:val="Akapitzlist"/>
        <w:ind w:left="108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BF4A90" w:rsidRPr="004962C4" w14:paraId="10B66CB7" w14:textId="77777777">
        <w:tc>
          <w:tcPr>
            <w:tcW w:w="4320" w:type="dxa"/>
          </w:tcPr>
          <w:p w14:paraId="49AD5064" w14:textId="0DC6CE0B" w:rsidR="00BF4A90" w:rsidRPr="004962C4" w:rsidRDefault="00000000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4962C4">
              <w:rPr>
                <w:b/>
                <w:bCs/>
                <w:sz w:val="28"/>
                <w:szCs w:val="28"/>
              </w:rPr>
              <w:t>Tytuł</w:t>
            </w:r>
            <w:proofErr w:type="spellEnd"/>
            <w:r w:rsidRPr="004962C4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962C4">
              <w:rPr>
                <w:b/>
                <w:bCs/>
                <w:sz w:val="28"/>
                <w:szCs w:val="28"/>
              </w:rPr>
              <w:t>projektu</w:t>
            </w:r>
            <w:proofErr w:type="spellEnd"/>
            <w:r w:rsidRPr="004962C4">
              <w:rPr>
                <w:b/>
                <w:bCs/>
                <w:sz w:val="28"/>
                <w:szCs w:val="28"/>
              </w:rPr>
              <w:t>:</w:t>
            </w:r>
            <w:r w:rsidR="004962C4" w:rsidRPr="004962C4">
              <w:rPr>
                <w:b/>
                <w:bCs/>
                <w:sz w:val="28"/>
                <w:szCs w:val="28"/>
              </w:rPr>
              <w:t xml:space="preserve">  </w:t>
            </w:r>
            <w:proofErr w:type="spellStart"/>
            <w:r w:rsidR="004962C4">
              <w:rPr>
                <w:b/>
                <w:bCs/>
                <w:sz w:val="28"/>
                <w:szCs w:val="28"/>
              </w:rPr>
              <w:t>h</w:t>
            </w:r>
            <w:r w:rsidR="004962C4" w:rsidRPr="004962C4">
              <w:rPr>
                <w:b/>
                <w:bCs/>
                <w:sz w:val="28"/>
                <w:szCs w:val="28"/>
              </w:rPr>
              <w:t>asło</w:t>
            </w:r>
            <w:proofErr w:type="spellEnd"/>
            <w:r w:rsidR="004962C4" w:rsidRPr="004962C4">
              <w:rPr>
                <w:b/>
                <w:bCs/>
                <w:sz w:val="28"/>
                <w:szCs w:val="28"/>
              </w:rPr>
              <w:t xml:space="preserve"> / nazwa wydarzenia:</w:t>
            </w:r>
          </w:p>
        </w:tc>
        <w:tc>
          <w:tcPr>
            <w:tcW w:w="4320" w:type="dxa"/>
          </w:tcPr>
          <w:p w14:paraId="18F1D649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............................................................</w:t>
            </w:r>
          </w:p>
        </w:tc>
      </w:tr>
      <w:tr w:rsidR="00BF4A90" w:rsidRPr="004962C4" w14:paraId="371A2A94" w14:textId="77777777">
        <w:tc>
          <w:tcPr>
            <w:tcW w:w="4320" w:type="dxa"/>
          </w:tcPr>
          <w:p w14:paraId="417552D1" w14:textId="26977D1C" w:rsidR="00BF4A90" w:rsidRPr="004962C4" w:rsidRDefault="00BF4A90">
            <w:pPr>
              <w:rPr>
                <w:sz w:val="28"/>
                <w:szCs w:val="28"/>
              </w:rPr>
            </w:pPr>
          </w:p>
        </w:tc>
        <w:tc>
          <w:tcPr>
            <w:tcW w:w="4320" w:type="dxa"/>
          </w:tcPr>
          <w:p w14:paraId="4CF6E774" w14:textId="66377EA6" w:rsidR="00BF4A90" w:rsidRPr="004962C4" w:rsidRDefault="00BF4A90">
            <w:pPr>
              <w:rPr>
                <w:sz w:val="28"/>
                <w:szCs w:val="28"/>
              </w:rPr>
            </w:pPr>
          </w:p>
        </w:tc>
      </w:tr>
      <w:tr w:rsidR="00BF4A90" w:rsidRPr="004962C4" w14:paraId="5B54203C" w14:textId="77777777">
        <w:tc>
          <w:tcPr>
            <w:tcW w:w="4320" w:type="dxa"/>
          </w:tcPr>
          <w:p w14:paraId="01E036A7" w14:textId="77777777" w:rsidR="00BF4A90" w:rsidRPr="004962C4" w:rsidRDefault="00000000">
            <w:pPr>
              <w:rPr>
                <w:b/>
                <w:bCs/>
                <w:sz w:val="28"/>
                <w:szCs w:val="28"/>
              </w:rPr>
            </w:pPr>
            <w:r w:rsidRPr="004962C4">
              <w:rPr>
                <w:b/>
                <w:bCs/>
                <w:sz w:val="28"/>
                <w:szCs w:val="28"/>
              </w:rPr>
              <w:t>Data realizacji (konkretna data lub ramy czasowe):</w:t>
            </w:r>
          </w:p>
        </w:tc>
        <w:tc>
          <w:tcPr>
            <w:tcW w:w="4320" w:type="dxa"/>
          </w:tcPr>
          <w:p w14:paraId="119D51B4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............................................................</w:t>
            </w:r>
          </w:p>
        </w:tc>
      </w:tr>
      <w:tr w:rsidR="00BF4A90" w:rsidRPr="004962C4" w14:paraId="63C8CA9A" w14:textId="77777777">
        <w:tc>
          <w:tcPr>
            <w:tcW w:w="4320" w:type="dxa"/>
          </w:tcPr>
          <w:p w14:paraId="45659755" w14:textId="77777777" w:rsidR="00BF4A90" w:rsidRPr="004962C4" w:rsidRDefault="00000000">
            <w:pPr>
              <w:rPr>
                <w:b/>
                <w:bCs/>
                <w:sz w:val="28"/>
                <w:szCs w:val="28"/>
              </w:rPr>
            </w:pPr>
            <w:r w:rsidRPr="004962C4">
              <w:rPr>
                <w:b/>
                <w:bCs/>
                <w:sz w:val="28"/>
                <w:szCs w:val="28"/>
              </w:rPr>
              <w:t>Miejsce realizacji (miejscowość, obiekt):</w:t>
            </w:r>
          </w:p>
        </w:tc>
        <w:tc>
          <w:tcPr>
            <w:tcW w:w="4320" w:type="dxa"/>
          </w:tcPr>
          <w:p w14:paraId="656B632E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............................................................</w:t>
            </w:r>
          </w:p>
        </w:tc>
      </w:tr>
    </w:tbl>
    <w:p w14:paraId="5C1D4B15" w14:textId="5A3F6CED" w:rsidR="004962C4" w:rsidRPr="004962C4" w:rsidRDefault="004962C4">
      <w:pPr>
        <w:rPr>
          <w:sz w:val="28"/>
          <w:szCs w:val="28"/>
        </w:rPr>
      </w:pPr>
    </w:p>
    <w:p w14:paraId="45F73E6B" w14:textId="771EB287" w:rsidR="00BF4A90" w:rsidRPr="004962C4" w:rsidRDefault="004962C4">
      <w:pPr>
        <w:pStyle w:val="Nagwek2"/>
        <w:rPr>
          <w:sz w:val="28"/>
          <w:szCs w:val="28"/>
        </w:rPr>
      </w:pPr>
      <w:r>
        <w:rPr>
          <w:sz w:val="28"/>
          <w:szCs w:val="28"/>
        </w:rPr>
        <w:lastRenderedPageBreak/>
        <w:t>III</w:t>
      </w:r>
      <w:r w:rsidR="00000000" w:rsidRPr="004962C4">
        <w:rPr>
          <w:sz w:val="28"/>
          <w:szCs w:val="28"/>
        </w:rPr>
        <w:t>. OPIS PROJEKTU</w:t>
      </w:r>
    </w:p>
    <w:p w14:paraId="3922645D" w14:textId="77777777" w:rsidR="00BF4A90" w:rsidRPr="004962C4" w:rsidRDefault="00000000">
      <w:pPr>
        <w:rPr>
          <w:b/>
          <w:bCs/>
          <w:sz w:val="28"/>
          <w:szCs w:val="28"/>
        </w:rPr>
      </w:pPr>
      <w:r w:rsidRPr="004962C4">
        <w:rPr>
          <w:b/>
          <w:bCs/>
          <w:sz w:val="28"/>
          <w:szCs w:val="28"/>
        </w:rPr>
        <w:t xml:space="preserve">Cele projektu (w </w:t>
      </w:r>
      <w:proofErr w:type="spellStart"/>
      <w:r w:rsidRPr="004962C4">
        <w:rPr>
          <w:b/>
          <w:bCs/>
          <w:sz w:val="28"/>
          <w:szCs w:val="28"/>
        </w:rPr>
        <w:t>punktach</w:t>
      </w:r>
      <w:proofErr w:type="spellEnd"/>
      <w:r w:rsidRPr="004962C4">
        <w:rPr>
          <w:b/>
          <w:bCs/>
          <w:sz w:val="28"/>
          <w:szCs w:val="28"/>
        </w:rPr>
        <w:t xml:space="preserve"> </w:t>
      </w:r>
      <w:proofErr w:type="spellStart"/>
      <w:r w:rsidRPr="004962C4">
        <w:rPr>
          <w:b/>
          <w:bCs/>
          <w:sz w:val="28"/>
          <w:szCs w:val="28"/>
        </w:rPr>
        <w:t>lub</w:t>
      </w:r>
      <w:proofErr w:type="spellEnd"/>
      <w:r w:rsidRPr="004962C4">
        <w:rPr>
          <w:b/>
          <w:bCs/>
          <w:sz w:val="28"/>
          <w:szCs w:val="28"/>
        </w:rPr>
        <w:t xml:space="preserve"> </w:t>
      </w:r>
      <w:proofErr w:type="spellStart"/>
      <w:r w:rsidRPr="004962C4">
        <w:rPr>
          <w:b/>
          <w:bCs/>
          <w:sz w:val="28"/>
          <w:szCs w:val="28"/>
        </w:rPr>
        <w:t>opisowo</w:t>
      </w:r>
      <w:proofErr w:type="spellEnd"/>
      <w:r w:rsidRPr="004962C4">
        <w:rPr>
          <w:b/>
          <w:bCs/>
          <w:sz w:val="28"/>
          <w:szCs w:val="28"/>
        </w:rPr>
        <w:t>):</w:t>
      </w:r>
    </w:p>
    <w:p w14:paraId="64AD855A" w14:textId="0C9DEDC4" w:rsidR="004962C4" w:rsidRPr="004962C4" w:rsidRDefault="004962C4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</w:t>
      </w:r>
    </w:p>
    <w:p w14:paraId="77712749" w14:textId="57E66F69" w:rsidR="00BF4A90" w:rsidRPr="004962C4" w:rsidRDefault="004962C4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</w:t>
      </w:r>
      <w:r w:rsidR="00000000" w:rsidRPr="004962C4">
        <w:rPr>
          <w:sz w:val="28"/>
          <w:szCs w:val="28"/>
        </w:rPr>
        <w:br/>
      </w:r>
      <w:r w:rsidR="00000000" w:rsidRPr="004962C4">
        <w:rPr>
          <w:sz w:val="28"/>
          <w:szCs w:val="28"/>
        </w:rPr>
        <w:br/>
      </w:r>
      <w:r>
        <w:rPr>
          <w:sz w:val="28"/>
          <w:szCs w:val="28"/>
        </w:rPr>
        <w:t>…………………………………………………………………………………………………………</w:t>
      </w:r>
      <w:r w:rsidR="00000000" w:rsidRPr="004962C4">
        <w:rPr>
          <w:sz w:val="28"/>
          <w:szCs w:val="28"/>
        </w:rPr>
        <w:br/>
      </w:r>
    </w:p>
    <w:p w14:paraId="4AFD241D" w14:textId="77777777" w:rsidR="00BF4A90" w:rsidRPr="004962C4" w:rsidRDefault="00000000">
      <w:pPr>
        <w:rPr>
          <w:b/>
          <w:bCs/>
          <w:sz w:val="28"/>
          <w:szCs w:val="28"/>
        </w:rPr>
      </w:pPr>
      <w:r w:rsidRPr="004962C4">
        <w:rPr>
          <w:b/>
          <w:bCs/>
          <w:sz w:val="28"/>
          <w:szCs w:val="28"/>
        </w:rPr>
        <w:t>Opis działań / treść projektu (co dokładnie będzie realizowane?):</w:t>
      </w:r>
    </w:p>
    <w:p w14:paraId="6C5F4B78" w14:textId="0F52A063" w:rsidR="00BF4A90" w:rsidRPr="004962C4" w:rsidRDefault="004962C4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</w:t>
      </w:r>
      <w:r w:rsidR="00000000" w:rsidRPr="004962C4">
        <w:rPr>
          <w:sz w:val="28"/>
          <w:szCs w:val="28"/>
        </w:rPr>
        <w:br/>
      </w:r>
      <w:r w:rsidR="00000000" w:rsidRPr="004962C4">
        <w:rPr>
          <w:sz w:val="28"/>
          <w:szCs w:val="28"/>
        </w:rPr>
        <w:br/>
      </w:r>
      <w:r>
        <w:rPr>
          <w:sz w:val="28"/>
          <w:szCs w:val="28"/>
        </w:rPr>
        <w:t>…………………………………………………………………………………………………………</w:t>
      </w:r>
      <w:r w:rsidR="00000000" w:rsidRPr="004962C4">
        <w:rPr>
          <w:sz w:val="28"/>
          <w:szCs w:val="28"/>
        </w:rPr>
        <w:br/>
      </w:r>
      <w:r w:rsidR="00000000" w:rsidRPr="004962C4">
        <w:rPr>
          <w:sz w:val="28"/>
          <w:szCs w:val="28"/>
        </w:rPr>
        <w:br/>
      </w:r>
      <w:r>
        <w:rPr>
          <w:sz w:val="28"/>
          <w:szCs w:val="28"/>
        </w:rPr>
        <w:t>…………………………………………………………………………………………………………</w:t>
      </w:r>
    </w:p>
    <w:p w14:paraId="1EDF19C1" w14:textId="5F035606" w:rsidR="00BF4A90" w:rsidRDefault="00000000">
      <w:pPr>
        <w:rPr>
          <w:sz w:val="28"/>
          <w:szCs w:val="28"/>
        </w:rPr>
      </w:pPr>
      <w:r w:rsidRPr="004962C4">
        <w:rPr>
          <w:sz w:val="28"/>
          <w:szCs w:val="28"/>
        </w:rPr>
        <w:t>Planowana liczba uczestników: ....................................................</w:t>
      </w:r>
      <w:r w:rsidR="00791E12">
        <w:rPr>
          <w:sz w:val="28"/>
          <w:szCs w:val="28"/>
        </w:rPr>
        <w:t>.............................</w:t>
      </w:r>
    </w:p>
    <w:p w14:paraId="363B19E0" w14:textId="77777777" w:rsidR="00791E12" w:rsidRPr="004962C4" w:rsidRDefault="00791E12">
      <w:pPr>
        <w:rPr>
          <w:sz w:val="28"/>
          <w:szCs w:val="28"/>
        </w:rPr>
      </w:pPr>
    </w:p>
    <w:p w14:paraId="6FEBCEF6" w14:textId="77777777" w:rsidR="00BF4A90" w:rsidRPr="004962C4" w:rsidRDefault="00000000">
      <w:pPr>
        <w:pStyle w:val="Nagwek2"/>
        <w:rPr>
          <w:sz w:val="28"/>
          <w:szCs w:val="28"/>
        </w:rPr>
      </w:pPr>
      <w:r w:rsidRPr="004962C4">
        <w:rPr>
          <w:sz w:val="28"/>
          <w:szCs w:val="28"/>
        </w:rPr>
        <w:t>V. GRUPA DOCELOWA</w:t>
      </w:r>
    </w:p>
    <w:p w14:paraId="446FA901" w14:textId="77777777" w:rsidR="00BF4A90" w:rsidRPr="004962C4" w:rsidRDefault="00000000">
      <w:pPr>
        <w:rPr>
          <w:sz w:val="28"/>
          <w:szCs w:val="28"/>
        </w:rPr>
      </w:pPr>
      <w:r w:rsidRPr="004962C4">
        <w:rPr>
          <w:sz w:val="28"/>
          <w:szCs w:val="28"/>
        </w:rPr>
        <w:t>Opisz odbiorców projektu (dla kogo jest projekt i dlaczego):</w:t>
      </w:r>
    </w:p>
    <w:p w14:paraId="0AB36C19" w14:textId="014F6488" w:rsidR="00BF4A90" w:rsidRDefault="00791E12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………………………………………………………………………………………………………..</w:t>
      </w:r>
      <w:r w:rsidR="00000000" w:rsidRPr="004962C4">
        <w:rPr>
          <w:sz w:val="28"/>
          <w:szCs w:val="28"/>
        </w:rPr>
        <w:br/>
      </w:r>
      <w:r>
        <w:rPr>
          <w:sz w:val="28"/>
          <w:szCs w:val="28"/>
        </w:rPr>
        <w:t>………………………………………………………………………………………………………..</w:t>
      </w:r>
      <w:r w:rsidR="00000000" w:rsidRPr="004962C4">
        <w:rPr>
          <w:sz w:val="28"/>
          <w:szCs w:val="28"/>
        </w:rPr>
        <w:br/>
      </w:r>
      <w:r>
        <w:rPr>
          <w:sz w:val="28"/>
          <w:szCs w:val="28"/>
        </w:rPr>
        <w:t>………………………………………………………………………………………………………..</w:t>
      </w:r>
    </w:p>
    <w:p w14:paraId="20BBC79C" w14:textId="77777777" w:rsidR="00791E12" w:rsidRPr="004962C4" w:rsidRDefault="00791E12">
      <w:pPr>
        <w:rPr>
          <w:sz w:val="28"/>
          <w:szCs w:val="28"/>
        </w:rPr>
      </w:pPr>
    </w:p>
    <w:p w14:paraId="629F0599" w14:textId="77777777" w:rsidR="00BF4A90" w:rsidRPr="004962C4" w:rsidRDefault="00000000">
      <w:pPr>
        <w:pStyle w:val="Nagwek2"/>
        <w:rPr>
          <w:sz w:val="28"/>
          <w:szCs w:val="28"/>
        </w:rPr>
      </w:pPr>
      <w:r w:rsidRPr="004962C4">
        <w:rPr>
          <w:sz w:val="28"/>
          <w:szCs w:val="28"/>
        </w:rPr>
        <w:t>VII. KOSZTORYS PROJEKTU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8"/>
        <w:gridCol w:w="3662"/>
        <w:gridCol w:w="2600"/>
      </w:tblGrid>
      <w:tr w:rsidR="00BF4A90" w:rsidRPr="004962C4" w14:paraId="6E0D7D7D" w14:textId="77777777">
        <w:tc>
          <w:tcPr>
            <w:tcW w:w="2880" w:type="dxa"/>
          </w:tcPr>
          <w:p w14:paraId="09A6B2F3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Lp.</w:t>
            </w:r>
          </w:p>
        </w:tc>
        <w:tc>
          <w:tcPr>
            <w:tcW w:w="2880" w:type="dxa"/>
          </w:tcPr>
          <w:p w14:paraId="5B2BCB20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Rodzaj wydatku</w:t>
            </w:r>
          </w:p>
        </w:tc>
        <w:tc>
          <w:tcPr>
            <w:tcW w:w="2880" w:type="dxa"/>
          </w:tcPr>
          <w:p w14:paraId="3A1C62F7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Kwota (zł)</w:t>
            </w:r>
          </w:p>
        </w:tc>
      </w:tr>
      <w:tr w:rsidR="00BF4A90" w:rsidRPr="004962C4" w14:paraId="49978AEF" w14:textId="77777777">
        <w:tc>
          <w:tcPr>
            <w:tcW w:w="2880" w:type="dxa"/>
          </w:tcPr>
          <w:p w14:paraId="1694037F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1.</w:t>
            </w:r>
          </w:p>
        </w:tc>
        <w:tc>
          <w:tcPr>
            <w:tcW w:w="2880" w:type="dxa"/>
          </w:tcPr>
          <w:p w14:paraId="4756E5F2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............................................................</w:t>
            </w:r>
          </w:p>
        </w:tc>
        <w:tc>
          <w:tcPr>
            <w:tcW w:w="2880" w:type="dxa"/>
          </w:tcPr>
          <w:p w14:paraId="6BC04157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........................</w:t>
            </w:r>
          </w:p>
        </w:tc>
      </w:tr>
      <w:tr w:rsidR="00BF4A90" w:rsidRPr="004962C4" w14:paraId="443421A1" w14:textId="77777777">
        <w:tc>
          <w:tcPr>
            <w:tcW w:w="2880" w:type="dxa"/>
          </w:tcPr>
          <w:p w14:paraId="55B9D50E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2.</w:t>
            </w:r>
          </w:p>
        </w:tc>
        <w:tc>
          <w:tcPr>
            <w:tcW w:w="2880" w:type="dxa"/>
          </w:tcPr>
          <w:p w14:paraId="552F58F2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............................................................</w:t>
            </w:r>
          </w:p>
        </w:tc>
        <w:tc>
          <w:tcPr>
            <w:tcW w:w="2880" w:type="dxa"/>
          </w:tcPr>
          <w:p w14:paraId="1474141C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........................</w:t>
            </w:r>
          </w:p>
        </w:tc>
      </w:tr>
      <w:tr w:rsidR="00BF4A90" w:rsidRPr="004962C4" w14:paraId="1E3214BE" w14:textId="77777777">
        <w:tc>
          <w:tcPr>
            <w:tcW w:w="2880" w:type="dxa"/>
          </w:tcPr>
          <w:p w14:paraId="1EFB04D1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3.</w:t>
            </w:r>
          </w:p>
        </w:tc>
        <w:tc>
          <w:tcPr>
            <w:tcW w:w="2880" w:type="dxa"/>
          </w:tcPr>
          <w:p w14:paraId="1EF48BE9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............................................................</w:t>
            </w:r>
          </w:p>
        </w:tc>
        <w:tc>
          <w:tcPr>
            <w:tcW w:w="2880" w:type="dxa"/>
          </w:tcPr>
          <w:p w14:paraId="26A83626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........................</w:t>
            </w:r>
          </w:p>
        </w:tc>
      </w:tr>
      <w:tr w:rsidR="00BF4A90" w:rsidRPr="004962C4" w14:paraId="3BDF1075" w14:textId="77777777">
        <w:tc>
          <w:tcPr>
            <w:tcW w:w="2880" w:type="dxa"/>
          </w:tcPr>
          <w:p w14:paraId="025274B3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880" w:type="dxa"/>
          </w:tcPr>
          <w:p w14:paraId="3053A8EE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............................................................</w:t>
            </w:r>
          </w:p>
        </w:tc>
        <w:tc>
          <w:tcPr>
            <w:tcW w:w="2880" w:type="dxa"/>
          </w:tcPr>
          <w:p w14:paraId="14848B42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........................</w:t>
            </w:r>
          </w:p>
        </w:tc>
      </w:tr>
      <w:tr w:rsidR="00BF4A90" w:rsidRPr="004962C4" w14:paraId="19BDE1C1" w14:textId="77777777">
        <w:tc>
          <w:tcPr>
            <w:tcW w:w="2880" w:type="dxa"/>
          </w:tcPr>
          <w:p w14:paraId="77873C28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5.</w:t>
            </w:r>
          </w:p>
        </w:tc>
        <w:tc>
          <w:tcPr>
            <w:tcW w:w="2880" w:type="dxa"/>
          </w:tcPr>
          <w:p w14:paraId="1A1BBAB4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............................................................</w:t>
            </w:r>
          </w:p>
        </w:tc>
        <w:tc>
          <w:tcPr>
            <w:tcW w:w="2880" w:type="dxa"/>
          </w:tcPr>
          <w:p w14:paraId="34D63BB8" w14:textId="77777777" w:rsidR="00BF4A90" w:rsidRPr="004962C4" w:rsidRDefault="00000000">
            <w:pPr>
              <w:rPr>
                <w:sz w:val="28"/>
                <w:szCs w:val="28"/>
              </w:rPr>
            </w:pPr>
            <w:r w:rsidRPr="004962C4">
              <w:rPr>
                <w:sz w:val="28"/>
                <w:szCs w:val="28"/>
              </w:rPr>
              <w:t>........................</w:t>
            </w:r>
          </w:p>
        </w:tc>
      </w:tr>
    </w:tbl>
    <w:p w14:paraId="248A6FC6" w14:textId="77777777" w:rsidR="00BF4A90" w:rsidRDefault="00000000">
      <w:pPr>
        <w:rPr>
          <w:sz w:val="28"/>
          <w:szCs w:val="28"/>
        </w:rPr>
      </w:pPr>
      <w:r w:rsidRPr="004962C4">
        <w:rPr>
          <w:sz w:val="28"/>
          <w:szCs w:val="28"/>
        </w:rPr>
        <w:br/>
        <w:t xml:space="preserve">Łączna wnioskowana kwota dofinansowania: .............................................. </w:t>
      </w:r>
      <w:proofErr w:type="spellStart"/>
      <w:r w:rsidRPr="004962C4">
        <w:rPr>
          <w:sz w:val="28"/>
          <w:szCs w:val="28"/>
        </w:rPr>
        <w:t>zł</w:t>
      </w:r>
      <w:proofErr w:type="spellEnd"/>
    </w:p>
    <w:p w14:paraId="09F08C49" w14:textId="77777777" w:rsidR="00791E12" w:rsidRPr="004962C4" w:rsidRDefault="00791E12">
      <w:pPr>
        <w:rPr>
          <w:sz w:val="28"/>
          <w:szCs w:val="28"/>
        </w:rPr>
      </w:pPr>
    </w:p>
    <w:p w14:paraId="6DEEBD6B" w14:textId="77777777" w:rsidR="00BF4A90" w:rsidRPr="004962C4" w:rsidRDefault="00000000">
      <w:pPr>
        <w:pStyle w:val="Nagwek2"/>
        <w:rPr>
          <w:sz w:val="28"/>
          <w:szCs w:val="28"/>
        </w:rPr>
      </w:pPr>
      <w:r w:rsidRPr="004962C4">
        <w:rPr>
          <w:sz w:val="28"/>
          <w:szCs w:val="28"/>
        </w:rPr>
        <w:t>VIII. OŚWIADCZENIA</w:t>
      </w:r>
    </w:p>
    <w:p w14:paraId="7AE59E70" w14:textId="77777777" w:rsidR="00BF4A90" w:rsidRPr="004962C4" w:rsidRDefault="00000000">
      <w:pPr>
        <w:rPr>
          <w:sz w:val="28"/>
          <w:szCs w:val="28"/>
        </w:rPr>
      </w:pPr>
      <w:r w:rsidRPr="00791E12">
        <w:rPr>
          <w:b/>
          <w:bCs/>
          <w:sz w:val="28"/>
          <w:szCs w:val="28"/>
        </w:rPr>
        <w:t>Oświadczam, że:</w:t>
      </w:r>
      <w:r w:rsidRPr="004962C4">
        <w:rPr>
          <w:sz w:val="28"/>
          <w:szCs w:val="28"/>
        </w:rPr>
        <w:br/>
        <w:t>1. Zapoznałem(am) się z Regulaminem konkursu/inicjatyw GOK w Bliżynie i akceptuję jego warunki.</w:t>
      </w:r>
      <w:r w:rsidRPr="004962C4">
        <w:rPr>
          <w:sz w:val="28"/>
          <w:szCs w:val="28"/>
        </w:rPr>
        <w:br/>
        <w:t>2. Wszystkie podane we wniosku informacje są zgodne z prawdą.</w:t>
      </w:r>
      <w:r w:rsidRPr="004962C4">
        <w:rPr>
          <w:sz w:val="28"/>
          <w:szCs w:val="28"/>
        </w:rPr>
        <w:br/>
        <w:t>3. Zobowiązuję się do realizacji projektu zgodnie z przedstawionym opisem oraz harmonogramem.</w:t>
      </w:r>
    </w:p>
    <w:p w14:paraId="55FC3688" w14:textId="77777777" w:rsidR="00BF4A90" w:rsidRPr="004962C4" w:rsidRDefault="00000000">
      <w:pPr>
        <w:rPr>
          <w:sz w:val="28"/>
          <w:szCs w:val="28"/>
        </w:rPr>
      </w:pPr>
      <w:r w:rsidRPr="004962C4">
        <w:rPr>
          <w:sz w:val="28"/>
          <w:szCs w:val="28"/>
        </w:rPr>
        <w:br/>
        <w:t>Miejscowość i data: ....................................................</w:t>
      </w:r>
    </w:p>
    <w:p w14:paraId="47C4E562" w14:textId="77777777" w:rsidR="00BF4A90" w:rsidRPr="004962C4" w:rsidRDefault="00000000">
      <w:pPr>
        <w:rPr>
          <w:sz w:val="28"/>
          <w:szCs w:val="28"/>
        </w:rPr>
      </w:pPr>
      <w:r w:rsidRPr="004962C4">
        <w:rPr>
          <w:sz w:val="28"/>
          <w:szCs w:val="28"/>
        </w:rPr>
        <w:t>Podpis wnioskodawcy: ....................................................</w:t>
      </w:r>
    </w:p>
    <w:sectPr w:rsidR="00BF4A90" w:rsidRPr="004962C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F6634C"/>
    <w:multiLevelType w:val="hybridMultilevel"/>
    <w:tmpl w:val="5A8C0160"/>
    <w:lvl w:ilvl="0" w:tplc="BAC8F9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403692">
    <w:abstractNumId w:val="8"/>
  </w:num>
  <w:num w:numId="2" w16cid:durableId="1663579646">
    <w:abstractNumId w:val="6"/>
  </w:num>
  <w:num w:numId="3" w16cid:durableId="1457597758">
    <w:abstractNumId w:val="5"/>
  </w:num>
  <w:num w:numId="4" w16cid:durableId="750077179">
    <w:abstractNumId w:val="4"/>
  </w:num>
  <w:num w:numId="5" w16cid:durableId="255015633">
    <w:abstractNumId w:val="7"/>
  </w:num>
  <w:num w:numId="6" w16cid:durableId="1794513579">
    <w:abstractNumId w:val="3"/>
  </w:num>
  <w:num w:numId="7" w16cid:durableId="1476948386">
    <w:abstractNumId w:val="2"/>
  </w:num>
  <w:num w:numId="8" w16cid:durableId="1793161191">
    <w:abstractNumId w:val="1"/>
  </w:num>
  <w:num w:numId="9" w16cid:durableId="683215250">
    <w:abstractNumId w:val="0"/>
  </w:num>
  <w:num w:numId="10" w16cid:durableId="9082288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05915"/>
    <w:rsid w:val="004962C4"/>
    <w:rsid w:val="00791E12"/>
    <w:rsid w:val="00AA1D8D"/>
    <w:rsid w:val="00B07D29"/>
    <w:rsid w:val="00B47730"/>
    <w:rsid w:val="00BF4A90"/>
    <w:rsid w:val="00CB0664"/>
    <w:rsid w:val="00F618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9A4DE9"/>
  <w14:defaultImageDpi w14:val="300"/>
  <w15:docId w15:val="{F9033217-047E-4931-8181-AC3845D5B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gokblizyn@wp.pl</cp:lastModifiedBy>
  <cp:revision>2</cp:revision>
  <dcterms:created xsi:type="dcterms:W3CDTF">2026-03-03T11:42:00Z</dcterms:created>
  <dcterms:modified xsi:type="dcterms:W3CDTF">2026-03-03T11:42:00Z</dcterms:modified>
  <cp:category/>
</cp:coreProperties>
</file>